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41" w:rightFromText="141" w:vertAnchor="text" w:horzAnchor="margin" w:tblpXSpec="center" w:tblpY="781"/>
        <w:tblW w:w="10173" w:type="dxa"/>
        <w:tblLook w:val="04A0" w:firstRow="1" w:lastRow="0" w:firstColumn="1" w:lastColumn="0" w:noHBand="0" w:noVBand="1"/>
      </w:tblPr>
      <w:tblGrid>
        <w:gridCol w:w="510"/>
        <w:gridCol w:w="1025"/>
        <w:gridCol w:w="1562"/>
        <w:gridCol w:w="1293"/>
        <w:gridCol w:w="2219"/>
        <w:gridCol w:w="817"/>
        <w:gridCol w:w="1256"/>
        <w:gridCol w:w="1491"/>
      </w:tblGrid>
      <w:tr w:rsidR="000A5855" w:rsidRPr="0007111A" w14:paraId="766F046B" w14:textId="77777777" w:rsidTr="000A5855">
        <w:tc>
          <w:tcPr>
            <w:tcW w:w="510" w:type="dxa"/>
          </w:tcPr>
          <w:p w14:paraId="0F2FA8B6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No</w:t>
            </w:r>
          </w:p>
        </w:tc>
        <w:tc>
          <w:tcPr>
            <w:tcW w:w="1025" w:type="dxa"/>
          </w:tcPr>
          <w:p w14:paraId="3268196C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Ders Kodu</w:t>
            </w:r>
          </w:p>
        </w:tc>
        <w:tc>
          <w:tcPr>
            <w:tcW w:w="1562" w:type="dxa"/>
          </w:tcPr>
          <w:p w14:paraId="5EA40CC3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Ders Adı</w:t>
            </w:r>
          </w:p>
        </w:tc>
        <w:tc>
          <w:tcPr>
            <w:tcW w:w="1293" w:type="dxa"/>
          </w:tcPr>
          <w:p w14:paraId="568A8E73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Sınav Şekli</w:t>
            </w:r>
          </w:p>
        </w:tc>
        <w:tc>
          <w:tcPr>
            <w:tcW w:w="2219" w:type="dxa"/>
          </w:tcPr>
          <w:p w14:paraId="1C87A40D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Öğretim Elemanı</w:t>
            </w:r>
          </w:p>
        </w:tc>
        <w:tc>
          <w:tcPr>
            <w:tcW w:w="817" w:type="dxa"/>
          </w:tcPr>
          <w:p w14:paraId="1AAD4B23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Şube Sayısı</w:t>
            </w:r>
          </w:p>
        </w:tc>
        <w:tc>
          <w:tcPr>
            <w:tcW w:w="1256" w:type="dxa"/>
          </w:tcPr>
          <w:p w14:paraId="05282AFA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Gözetmen</w:t>
            </w:r>
          </w:p>
        </w:tc>
        <w:tc>
          <w:tcPr>
            <w:tcW w:w="1491" w:type="dxa"/>
          </w:tcPr>
          <w:p w14:paraId="71056134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Sınav Tarihi ve Saati</w:t>
            </w:r>
          </w:p>
        </w:tc>
      </w:tr>
      <w:tr w:rsidR="000A5855" w:rsidRPr="0007111A" w14:paraId="5AD00530" w14:textId="77777777" w:rsidTr="000A5855">
        <w:trPr>
          <w:trHeight w:val="1419"/>
        </w:trPr>
        <w:tc>
          <w:tcPr>
            <w:tcW w:w="510" w:type="dxa"/>
          </w:tcPr>
          <w:p w14:paraId="1C0978E1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025" w:type="dxa"/>
          </w:tcPr>
          <w:p w14:paraId="326F1AE4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6B677DC8" w14:textId="63901DDF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Listening and Speaking Skills</w:t>
            </w:r>
          </w:p>
        </w:tc>
        <w:tc>
          <w:tcPr>
            <w:tcW w:w="1293" w:type="dxa"/>
          </w:tcPr>
          <w:p w14:paraId="7C516381" w14:textId="52D22A55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19" w:type="dxa"/>
          </w:tcPr>
          <w:p w14:paraId="596343D2" w14:textId="1677376E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Öğr.Gör.Murat GÖZÜBÜYÜK</w:t>
            </w:r>
          </w:p>
        </w:tc>
        <w:tc>
          <w:tcPr>
            <w:tcW w:w="817" w:type="dxa"/>
          </w:tcPr>
          <w:p w14:paraId="502DC826" w14:textId="2125413C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0764331F" w14:textId="3C42C7C7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14:paraId="358BCE12" w14:textId="77777777" w:rsid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14.10.2025</w:t>
            </w:r>
          </w:p>
          <w:p w14:paraId="2A09F385" w14:textId="25515E0E" w:rsidR="000A5855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13.00-15.00</w:t>
            </w:r>
          </w:p>
        </w:tc>
      </w:tr>
      <w:tr w:rsidR="000A5855" w:rsidRPr="0007111A" w14:paraId="5A3C4020" w14:textId="77777777" w:rsidTr="000A5855">
        <w:trPr>
          <w:trHeight w:val="1396"/>
        </w:trPr>
        <w:tc>
          <w:tcPr>
            <w:tcW w:w="510" w:type="dxa"/>
          </w:tcPr>
          <w:p w14:paraId="7963F466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025" w:type="dxa"/>
          </w:tcPr>
          <w:p w14:paraId="0AA3F7D3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4F671C6A" w14:textId="1BB93991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Reading Skills</w:t>
            </w:r>
          </w:p>
        </w:tc>
        <w:tc>
          <w:tcPr>
            <w:tcW w:w="1293" w:type="dxa"/>
          </w:tcPr>
          <w:p w14:paraId="41B9E247" w14:textId="4941ABF4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19" w:type="dxa"/>
          </w:tcPr>
          <w:p w14:paraId="132A9A7B" w14:textId="6084D6DB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Öğr.Gör.Abdullah YOLDAŞ</w:t>
            </w:r>
          </w:p>
        </w:tc>
        <w:tc>
          <w:tcPr>
            <w:tcW w:w="817" w:type="dxa"/>
          </w:tcPr>
          <w:p w14:paraId="64752E9B" w14:textId="2D446ABF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7E89ECE9" w14:textId="68F6E1ED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14:paraId="35BEF438" w14:textId="77777777" w:rsid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  <w:t>13.10.2025</w:t>
            </w:r>
          </w:p>
          <w:p w14:paraId="0C52A979" w14:textId="3CAA6E17" w:rsidR="000A5855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  <w:t>10.00-11.00</w:t>
            </w:r>
          </w:p>
        </w:tc>
      </w:tr>
      <w:tr w:rsidR="000A5855" w:rsidRPr="0007111A" w14:paraId="3C6BA094" w14:textId="77777777" w:rsidTr="000A5855">
        <w:trPr>
          <w:trHeight w:val="1557"/>
        </w:trPr>
        <w:tc>
          <w:tcPr>
            <w:tcW w:w="510" w:type="dxa"/>
          </w:tcPr>
          <w:p w14:paraId="5474FC2B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025" w:type="dxa"/>
          </w:tcPr>
          <w:p w14:paraId="26FAD0B8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7F25E72D" w14:textId="54913EBC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Main Course</w:t>
            </w:r>
          </w:p>
        </w:tc>
        <w:tc>
          <w:tcPr>
            <w:tcW w:w="1293" w:type="dxa"/>
          </w:tcPr>
          <w:p w14:paraId="6C229C5C" w14:textId="7A2AF50D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19" w:type="dxa"/>
          </w:tcPr>
          <w:p w14:paraId="06D56EBC" w14:textId="17B4EA87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Öğr.Gör.Buse BULUT</w:t>
            </w:r>
          </w:p>
        </w:tc>
        <w:tc>
          <w:tcPr>
            <w:tcW w:w="817" w:type="dxa"/>
          </w:tcPr>
          <w:p w14:paraId="4505D8C5" w14:textId="34BFF3F5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0C59D96F" w14:textId="77BBF5E1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14:paraId="28F205DE" w14:textId="77777777" w:rsid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  <w:t>17.10.2025</w:t>
            </w:r>
          </w:p>
          <w:p w14:paraId="6DF71EF5" w14:textId="600FD664" w:rsidR="000A5855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tr-TR" w:bidi="fa-IR"/>
              </w:rPr>
              <w:t>10.00-11.00</w:t>
            </w:r>
          </w:p>
        </w:tc>
      </w:tr>
      <w:tr w:rsidR="000A5855" w:rsidRPr="0007111A" w14:paraId="20178399" w14:textId="77777777" w:rsidTr="000A5855">
        <w:trPr>
          <w:trHeight w:val="1122"/>
        </w:trPr>
        <w:tc>
          <w:tcPr>
            <w:tcW w:w="510" w:type="dxa"/>
          </w:tcPr>
          <w:p w14:paraId="07FC261C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F173C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025" w:type="dxa"/>
          </w:tcPr>
          <w:p w14:paraId="6F4EB990" w14:textId="77777777" w:rsidR="008F173C" w:rsidRPr="008F173C" w:rsidRDefault="008F173C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3A31CEC3" w14:textId="4E4E54A9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Writing Skills</w:t>
            </w:r>
          </w:p>
        </w:tc>
        <w:tc>
          <w:tcPr>
            <w:tcW w:w="1293" w:type="dxa"/>
          </w:tcPr>
          <w:p w14:paraId="23D5D5A6" w14:textId="493E8CFE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19" w:type="dxa"/>
          </w:tcPr>
          <w:p w14:paraId="5D720DBB" w14:textId="72021ACF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Öğr.Gör.Elif Beyza TÜRKMENOĞLU</w:t>
            </w:r>
          </w:p>
        </w:tc>
        <w:tc>
          <w:tcPr>
            <w:tcW w:w="817" w:type="dxa"/>
          </w:tcPr>
          <w:p w14:paraId="7B85A342" w14:textId="42FEDE49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50D5237F" w14:textId="00D4AA09" w:rsidR="008F173C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14:paraId="66B00F48" w14:textId="24AE5D7E" w:rsid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16.10.2025</w:t>
            </w:r>
          </w:p>
          <w:p w14:paraId="1BBF972E" w14:textId="146F2F03" w:rsidR="000A5855" w:rsidRPr="008F173C" w:rsidRDefault="000A5855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13.00-15.00</w:t>
            </w:r>
          </w:p>
        </w:tc>
      </w:tr>
      <w:tr w:rsidR="00B528A8" w:rsidRPr="0007111A" w14:paraId="1E6B770C" w14:textId="77777777" w:rsidTr="000A5855">
        <w:trPr>
          <w:trHeight w:val="1122"/>
        </w:trPr>
        <w:tc>
          <w:tcPr>
            <w:tcW w:w="510" w:type="dxa"/>
          </w:tcPr>
          <w:p w14:paraId="42F3FB7C" w14:textId="1BC2C4D7" w:rsidR="00B528A8" w:rsidRPr="008F173C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025" w:type="dxa"/>
          </w:tcPr>
          <w:p w14:paraId="25038FA7" w14:textId="77777777" w:rsidR="00B528A8" w:rsidRPr="008F173C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14AAB7B6" w14:textId="1833B431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Bilgisayar </w:t>
            </w:r>
          </w:p>
        </w:tc>
        <w:tc>
          <w:tcPr>
            <w:tcW w:w="1293" w:type="dxa"/>
          </w:tcPr>
          <w:p w14:paraId="745683E0" w14:textId="67D096CB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19" w:type="dxa"/>
          </w:tcPr>
          <w:p w14:paraId="360E2282" w14:textId="41E74568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Öğr.Gör.Ahmet ALBAYRAK</w:t>
            </w:r>
          </w:p>
        </w:tc>
        <w:tc>
          <w:tcPr>
            <w:tcW w:w="817" w:type="dxa"/>
          </w:tcPr>
          <w:p w14:paraId="574EB210" w14:textId="605E81D1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0111EBAE" w14:textId="24A7235E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14:paraId="419A0A26" w14:textId="77777777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13.10.2025</w:t>
            </w:r>
          </w:p>
          <w:p w14:paraId="278B19DA" w14:textId="7017D028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15.00-16.00</w:t>
            </w:r>
          </w:p>
        </w:tc>
      </w:tr>
      <w:tr w:rsidR="00B528A8" w:rsidRPr="0007111A" w14:paraId="1069D35E" w14:textId="77777777" w:rsidTr="000A5855">
        <w:trPr>
          <w:trHeight w:val="1122"/>
        </w:trPr>
        <w:tc>
          <w:tcPr>
            <w:tcW w:w="510" w:type="dxa"/>
          </w:tcPr>
          <w:p w14:paraId="2294CD5D" w14:textId="09FCBC36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025" w:type="dxa"/>
          </w:tcPr>
          <w:p w14:paraId="419724A7" w14:textId="77777777" w:rsidR="00B528A8" w:rsidRPr="008F173C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14:paraId="5E65F987" w14:textId="296B3596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Almanca</w:t>
            </w:r>
          </w:p>
        </w:tc>
        <w:tc>
          <w:tcPr>
            <w:tcW w:w="1293" w:type="dxa"/>
          </w:tcPr>
          <w:p w14:paraId="0922883D" w14:textId="11322920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Yüzyüze</w:t>
            </w:r>
          </w:p>
        </w:tc>
        <w:tc>
          <w:tcPr>
            <w:tcW w:w="2219" w:type="dxa"/>
          </w:tcPr>
          <w:p w14:paraId="0CD1379F" w14:textId="11F4FD4F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Dr.Öğr.Üyesi Ayhan Yavuz ÖZDEMİR</w:t>
            </w:r>
          </w:p>
        </w:tc>
        <w:tc>
          <w:tcPr>
            <w:tcW w:w="817" w:type="dxa"/>
          </w:tcPr>
          <w:p w14:paraId="514F8FB9" w14:textId="7EA675B8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256" w:type="dxa"/>
          </w:tcPr>
          <w:p w14:paraId="7449988D" w14:textId="52FF129F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14:paraId="3BC916E1" w14:textId="77777777" w:rsidR="00B528A8" w:rsidRDefault="00B528A8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15.10.2025</w:t>
            </w:r>
          </w:p>
          <w:p w14:paraId="466E4C16" w14:textId="2DA42151" w:rsidR="00B528A8" w:rsidRDefault="00F04DBF" w:rsidP="008F173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10.00-12.00</w:t>
            </w:r>
          </w:p>
        </w:tc>
      </w:tr>
    </w:tbl>
    <w:p w14:paraId="7119C154" w14:textId="02378383" w:rsidR="006515B4" w:rsidRDefault="000A5855" w:rsidP="000A5855">
      <w:pPr>
        <w:pStyle w:val="Balk1"/>
        <w:jc w:val="center"/>
      </w:pPr>
      <w:r>
        <w:t xml:space="preserve">Hakkari Üniversitesi Yabancı Diller Yüksekokulu İsteğe Bağlı Hazırlık  </w:t>
      </w:r>
      <w:r w:rsidR="008F173C">
        <w:t>Ara Sınav I Sınav</w:t>
      </w:r>
      <w:r w:rsidR="00501689">
        <w:t xml:space="preserve"> Programı</w:t>
      </w:r>
    </w:p>
    <w:p w14:paraId="041AB094" w14:textId="77777777" w:rsidR="00501689" w:rsidRDefault="00501689"/>
    <w:sectPr w:rsidR="0050168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25F226D"/>
    <w:multiLevelType w:val="hybridMultilevel"/>
    <w:tmpl w:val="97D44EBE"/>
    <w:lvl w:ilvl="0" w:tplc="F092A86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4141262">
    <w:abstractNumId w:val="8"/>
  </w:num>
  <w:num w:numId="2" w16cid:durableId="1413500848">
    <w:abstractNumId w:val="6"/>
  </w:num>
  <w:num w:numId="3" w16cid:durableId="528566457">
    <w:abstractNumId w:val="5"/>
  </w:num>
  <w:num w:numId="4" w16cid:durableId="1863745151">
    <w:abstractNumId w:val="4"/>
  </w:num>
  <w:num w:numId="5" w16cid:durableId="990212902">
    <w:abstractNumId w:val="7"/>
  </w:num>
  <w:num w:numId="6" w16cid:durableId="1622305204">
    <w:abstractNumId w:val="3"/>
  </w:num>
  <w:num w:numId="7" w16cid:durableId="1421215703">
    <w:abstractNumId w:val="2"/>
  </w:num>
  <w:num w:numId="8" w16cid:durableId="60906338">
    <w:abstractNumId w:val="1"/>
  </w:num>
  <w:num w:numId="9" w16cid:durableId="1643073946">
    <w:abstractNumId w:val="0"/>
  </w:num>
  <w:num w:numId="10" w16cid:durableId="11280901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7106"/>
    <w:rsid w:val="0006063C"/>
    <w:rsid w:val="0007111A"/>
    <w:rsid w:val="000A5855"/>
    <w:rsid w:val="00147897"/>
    <w:rsid w:val="0015074B"/>
    <w:rsid w:val="001F3057"/>
    <w:rsid w:val="0029639D"/>
    <w:rsid w:val="002D552C"/>
    <w:rsid w:val="00326F90"/>
    <w:rsid w:val="003569D4"/>
    <w:rsid w:val="00363322"/>
    <w:rsid w:val="00501689"/>
    <w:rsid w:val="005D2DE5"/>
    <w:rsid w:val="006515B4"/>
    <w:rsid w:val="006A4473"/>
    <w:rsid w:val="007378CD"/>
    <w:rsid w:val="00755DD8"/>
    <w:rsid w:val="007814B0"/>
    <w:rsid w:val="008E0667"/>
    <w:rsid w:val="008F173C"/>
    <w:rsid w:val="00985466"/>
    <w:rsid w:val="00AA1D8D"/>
    <w:rsid w:val="00B257DC"/>
    <w:rsid w:val="00B4696C"/>
    <w:rsid w:val="00B47730"/>
    <w:rsid w:val="00B528A8"/>
    <w:rsid w:val="00CB0664"/>
    <w:rsid w:val="00E74840"/>
    <w:rsid w:val="00F04DB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0E8AB"/>
  <w14:defaultImageDpi w14:val="300"/>
  <w15:docId w15:val="{B953A264-34F0-4730-B7F7-353DD978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F1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17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3E8C6B7-D3A5-49A2-AA32-4169E3233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Beyza</cp:lastModifiedBy>
  <cp:revision>5</cp:revision>
  <cp:lastPrinted>2025-10-09T12:17:00Z</cp:lastPrinted>
  <dcterms:created xsi:type="dcterms:W3CDTF">2025-10-09T12:19:00Z</dcterms:created>
  <dcterms:modified xsi:type="dcterms:W3CDTF">2025-10-10T11:29:00Z</dcterms:modified>
  <cp:category/>
</cp:coreProperties>
</file>